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6EEE" w14:textId="5EC6195C" w:rsidR="00CE70D6" w:rsidRDefault="00CE7E7C">
      <w:pPr>
        <w:pStyle w:val="Nadpis1"/>
        <w:rPr>
          <w:color w:val="auto"/>
        </w:rPr>
      </w:pPr>
      <w:r w:rsidRPr="00CE7E7C">
        <w:rPr>
          <w:color w:val="auto"/>
        </w:rPr>
        <w:t xml:space="preserve">Zápisnica z </w:t>
      </w:r>
      <w:proofErr w:type="spellStart"/>
      <w:r w:rsidRPr="00CE7E7C">
        <w:rPr>
          <w:color w:val="auto"/>
        </w:rPr>
        <w:t>ustanovujúceho</w:t>
      </w:r>
      <w:proofErr w:type="spellEnd"/>
      <w:r w:rsidRPr="00CE7E7C">
        <w:rPr>
          <w:color w:val="auto"/>
        </w:rPr>
        <w:t xml:space="preserve"> </w:t>
      </w:r>
      <w:proofErr w:type="spellStart"/>
      <w:r w:rsidRPr="00CE7E7C">
        <w:rPr>
          <w:color w:val="auto"/>
        </w:rPr>
        <w:t>zasadnutia</w:t>
      </w:r>
      <w:proofErr w:type="spellEnd"/>
      <w:r w:rsidRPr="00CE7E7C">
        <w:rPr>
          <w:color w:val="auto"/>
        </w:rPr>
        <w:t xml:space="preserve"> Rady </w:t>
      </w:r>
      <w:proofErr w:type="spellStart"/>
      <w:r w:rsidRPr="00CE7E7C">
        <w:rPr>
          <w:color w:val="auto"/>
        </w:rPr>
        <w:t>školy</w:t>
      </w:r>
      <w:proofErr w:type="spellEnd"/>
    </w:p>
    <w:p w14:paraId="70C7B8A2" w14:textId="77777777" w:rsidR="00CE7E7C" w:rsidRPr="00CE7E7C" w:rsidRDefault="00CE7E7C" w:rsidP="00CE7E7C"/>
    <w:p w14:paraId="28E564CC" w14:textId="77777777" w:rsidR="00CE70D6" w:rsidRPr="00CE7E7C" w:rsidRDefault="00CE7E7C">
      <w:r w:rsidRPr="00CE7E7C">
        <w:rPr>
          <w:b/>
        </w:rPr>
        <w:t xml:space="preserve">Dátum: </w:t>
      </w:r>
      <w:r w:rsidRPr="00CE7E7C">
        <w:t>27. 5. 2026</w:t>
      </w:r>
      <w:r w:rsidRPr="00CE7E7C">
        <w:br/>
      </w:r>
      <w:r w:rsidRPr="00CE7E7C">
        <w:rPr>
          <w:b/>
        </w:rPr>
        <w:t xml:space="preserve">Miesto: </w:t>
      </w:r>
      <w:r w:rsidRPr="00CE7E7C">
        <w:t>Materská škola – Óvoda, Námestie SNP 187/11, Dunajská Streda</w:t>
      </w:r>
      <w:r w:rsidRPr="00CE7E7C">
        <w:br/>
      </w:r>
      <w:r w:rsidRPr="00CE7E7C">
        <w:rPr>
          <w:b/>
        </w:rPr>
        <w:t xml:space="preserve">Prítomní: </w:t>
      </w:r>
      <w:r w:rsidRPr="00CE7E7C">
        <w:t>podľa prezenčnej listiny</w:t>
      </w:r>
    </w:p>
    <w:p w14:paraId="0358B2C4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Program zasadnutia</w:t>
      </w:r>
    </w:p>
    <w:p w14:paraId="7CCEB5B5" w14:textId="77777777" w:rsidR="00CE70D6" w:rsidRPr="00CE7E7C" w:rsidRDefault="00CE7E7C">
      <w:r w:rsidRPr="00CE7E7C">
        <w:t>1. Otvorenie a privítanie účastníkov</w:t>
      </w:r>
    </w:p>
    <w:p w14:paraId="211DDCEA" w14:textId="77777777" w:rsidR="00CE70D6" w:rsidRPr="00CE7E7C" w:rsidRDefault="00CE7E7C">
      <w:r w:rsidRPr="00CE7E7C">
        <w:t xml:space="preserve">2. Predstavenie </w:t>
      </w:r>
      <w:r w:rsidRPr="00CE7E7C">
        <w:t>členov Rady školy</w:t>
      </w:r>
    </w:p>
    <w:p w14:paraId="11B0AFBD" w14:textId="77777777" w:rsidR="00CE70D6" w:rsidRPr="00CE7E7C" w:rsidRDefault="00CE7E7C">
      <w:r w:rsidRPr="00CE7E7C">
        <w:t>3. Voľba predsedu a podpredsedu Rady školy</w:t>
      </w:r>
    </w:p>
    <w:p w14:paraId="42529803" w14:textId="77777777" w:rsidR="00CE70D6" w:rsidRPr="00CE7E7C" w:rsidRDefault="00CE7E7C">
      <w:r w:rsidRPr="00CE7E7C">
        <w:t>4. Schválenie Štatútu Rady školy</w:t>
      </w:r>
    </w:p>
    <w:p w14:paraId="759E8753" w14:textId="77777777" w:rsidR="00CE70D6" w:rsidRPr="00CE7E7C" w:rsidRDefault="00CE7E7C">
      <w:r w:rsidRPr="00CE7E7C">
        <w:t>5. Informácia riaditeľky školy</w:t>
      </w:r>
    </w:p>
    <w:p w14:paraId="5DBA6BFE" w14:textId="77777777" w:rsidR="00CE70D6" w:rsidRPr="00CE7E7C" w:rsidRDefault="00CE7E7C">
      <w:r w:rsidRPr="00CE7E7C">
        <w:t>6. Diskusia</w:t>
      </w:r>
    </w:p>
    <w:p w14:paraId="53CDDE64" w14:textId="77777777" w:rsidR="00CE70D6" w:rsidRPr="00CE7E7C" w:rsidRDefault="00CE7E7C">
      <w:r w:rsidRPr="00CE7E7C">
        <w:t>7. Záver</w:t>
      </w:r>
    </w:p>
    <w:p w14:paraId="1BD98A7B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Priebeh zasadnutia</w:t>
      </w:r>
    </w:p>
    <w:p w14:paraId="03A25698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1. Otvorenie a privítanie účastníkov</w:t>
      </w:r>
    </w:p>
    <w:p w14:paraId="05E0CAC2" w14:textId="77777777" w:rsidR="00CE70D6" w:rsidRPr="00CE7E7C" w:rsidRDefault="00CE7E7C">
      <w:r w:rsidRPr="00CE7E7C">
        <w:t>Ustanovujúce zasadnutie otvorila riaditeľka školy, pri</w:t>
      </w:r>
      <w:r w:rsidRPr="00CE7E7C">
        <w:t>vítala všetkých prítomných členov Rady školy a poďakovala im za účasť.</w:t>
      </w:r>
    </w:p>
    <w:p w14:paraId="1BCF172C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2. Predstavenie členov Rady školy</w:t>
      </w:r>
    </w:p>
    <w:p w14:paraId="72B8AA47" w14:textId="77777777" w:rsidR="00CE70D6" w:rsidRPr="00CE7E7C" w:rsidRDefault="00CE7E7C">
      <w:r w:rsidRPr="00CE7E7C">
        <w:t>Jednotliví členovia sa predstavili a stručne informovali o skupine, ktorú v Rade školy zastupujú.</w:t>
      </w:r>
    </w:p>
    <w:p w14:paraId="316967F2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3. Voľba predsedu a podpredsedu Rady školy</w:t>
      </w:r>
    </w:p>
    <w:p w14:paraId="33C57606" w14:textId="77777777" w:rsidR="00CE70D6" w:rsidRPr="00CE7E7C" w:rsidRDefault="00CE7E7C">
      <w:r w:rsidRPr="00CE7E7C">
        <w:t>Voľbou bol</w:t>
      </w:r>
      <w:r w:rsidRPr="00CE7E7C">
        <w:t>a za predsedníčku Rady školy zvolená Godó Nikoleta a za podpredsedníčku Judit Bölcsová.</w:t>
      </w:r>
    </w:p>
    <w:p w14:paraId="394D861E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4. Schválenie Štatútu Rady školy</w:t>
      </w:r>
    </w:p>
    <w:p w14:paraId="6E1F00BE" w14:textId="77777777" w:rsidR="00CE70D6" w:rsidRPr="00CE7E7C" w:rsidRDefault="00CE7E7C">
      <w:r w:rsidRPr="00CE7E7C">
        <w:t>Prítomní boli oboznámení so Štatútom Rady školy. Po prerokovaní bol štatút jednomyseľne schválený.</w:t>
      </w:r>
    </w:p>
    <w:p w14:paraId="366C5CAE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5. Informácia riaditeľky školy</w:t>
      </w:r>
    </w:p>
    <w:p w14:paraId="762C492A" w14:textId="77777777" w:rsidR="00CE70D6" w:rsidRPr="00CE7E7C" w:rsidRDefault="00CE7E7C">
      <w:r w:rsidRPr="00CE7E7C">
        <w:t>Riadi</w:t>
      </w:r>
      <w:r w:rsidRPr="00CE7E7C">
        <w:t>teľka školy oboznámila členov so Školským poriadkom a Školským vzdelávacím programom, ich obsahom, hlavnými cieľmi a aktuálnymi zmenami.</w:t>
      </w:r>
    </w:p>
    <w:p w14:paraId="1BFFB4D0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lastRenderedPageBreak/>
        <w:t>6. Diskusia</w:t>
      </w:r>
    </w:p>
    <w:p w14:paraId="3BC86069" w14:textId="77777777" w:rsidR="00CE70D6" w:rsidRPr="00CE7E7C" w:rsidRDefault="00CE7E7C">
      <w:r w:rsidRPr="00CE7E7C">
        <w:t>Členovia mali priestor na otázky, návrhy a pripomienky k prerokovaným dokumentom.</w:t>
      </w:r>
    </w:p>
    <w:p w14:paraId="1127759D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Uznesenia</w:t>
      </w:r>
    </w:p>
    <w:p w14:paraId="31D7B6DE" w14:textId="77777777" w:rsidR="00CE70D6" w:rsidRPr="00CE7E7C" w:rsidRDefault="00CE7E7C">
      <w:r w:rsidRPr="00CE7E7C">
        <w:t>Uznesenie č. 1/</w:t>
      </w:r>
      <w:r w:rsidRPr="00CE7E7C">
        <w:t>2026</w:t>
      </w:r>
      <w:r w:rsidRPr="00CE7E7C">
        <w:br/>
        <w:t>Rada školy berie na vedomie predstavenie členov Rady školy.</w:t>
      </w:r>
    </w:p>
    <w:p w14:paraId="3B8F2A48" w14:textId="77777777" w:rsidR="00CE70D6" w:rsidRPr="00CE7E7C" w:rsidRDefault="00CE7E7C">
      <w:r w:rsidRPr="00CE7E7C">
        <w:t>Uznesenie č. 2/2026</w:t>
      </w:r>
      <w:r w:rsidRPr="00CE7E7C">
        <w:br/>
        <w:t>Rada školy volí za predsedníčku Rady školy Godó Nikoletu a za podpredsedníčku Judit Bölcsovú.</w:t>
      </w:r>
    </w:p>
    <w:p w14:paraId="7E55D881" w14:textId="77777777" w:rsidR="00CE70D6" w:rsidRPr="00CE7E7C" w:rsidRDefault="00CE7E7C">
      <w:r w:rsidRPr="00CE7E7C">
        <w:t>Uznesenie č. 3/2026</w:t>
      </w:r>
      <w:r w:rsidRPr="00CE7E7C">
        <w:br/>
        <w:t>Rada školy schvaľuje Štatút Rady školy v predloženom znen</w:t>
      </w:r>
      <w:r w:rsidRPr="00CE7E7C">
        <w:t>í.</w:t>
      </w:r>
    </w:p>
    <w:p w14:paraId="3E5FD096" w14:textId="77777777" w:rsidR="00CE70D6" w:rsidRPr="00CE7E7C" w:rsidRDefault="00CE7E7C">
      <w:r w:rsidRPr="00CE7E7C">
        <w:t>Uznesenie č. 4/2026</w:t>
      </w:r>
      <w:r w:rsidRPr="00CE7E7C">
        <w:br/>
        <w:t>Rada školy berie na vedomie informáciu riaditeľky školy o Školskom poriadku a Školskom vzdelávacom programe.</w:t>
      </w:r>
    </w:p>
    <w:p w14:paraId="7CD1F0EA" w14:textId="77777777" w:rsidR="00CE70D6" w:rsidRPr="00CE7E7C" w:rsidRDefault="00CE7E7C">
      <w:r w:rsidRPr="00CE7E7C">
        <w:t>Uznesenie č. 5/2026</w:t>
      </w:r>
      <w:r w:rsidRPr="00CE7E7C">
        <w:br/>
        <w:t>Rada školy berie na vedomie priebeh diskusie a prednesené pripomienky členov.</w:t>
      </w:r>
    </w:p>
    <w:p w14:paraId="1D144CD4" w14:textId="77777777" w:rsidR="00CE70D6" w:rsidRPr="00CE7E7C" w:rsidRDefault="00CE7E7C">
      <w:pPr>
        <w:pStyle w:val="Nadpis2"/>
        <w:rPr>
          <w:color w:val="auto"/>
        </w:rPr>
      </w:pPr>
      <w:r w:rsidRPr="00CE7E7C">
        <w:rPr>
          <w:color w:val="auto"/>
        </w:rPr>
        <w:t>7. Záver</w:t>
      </w:r>
    </w:p>
    <w:p w14:paraId="2ED41265" w14:textId="77777777" w:rsidR="00CE70D6" w:rsidRPr="00CE7E7C" w:rsidRDefault="00CE7E7C">
      <w:r w:rsidRPr="00CE7E7C">
        <w:t xml:space="preserve">Po </w:t>
      </w:r>
      <w:r w:rsidRPr="00CE7E7C">
        <w:t>vyčerpaní programu predsedníčka Rady školy poďakovala prítomným za účasť a ustanovujúce zasadnutie ukončila.</w:t>
      </w:r>
      <w:r w:rsidRPr="00CE7E7C">
        <w:br/>
      </w:r>
      <w:r w:rsidRPr="00CE7E7C">
        <w:br/>
        <w:t>V Dunajskej Strede dňa 27. 5. 2026</w:t>
      </w:r>
      <w:r w:rsidRPr="00CE7E7C">
        <w:br/>
      </w:r>
      <w:r w:rsidRPr="00CE7E7C">
        <w:br/>
        <w:t>Predsedníčka Rady školy: ______________________</w:t>
      </w:r>
      <w:r w:rsidRPr="00CE7E7C">
        <w:br/>
      </w:r>
      <w:r w:rsidRPr="00CE7E7C">
        <w:br/>
        <w:t>Zapisovateľ: ______________________</w:t>
      </w:r>
    </w:p>
    <w:sectPr w:rsidR="00CE70D6" w:rsidRPr="00CE7E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E70D6"/>
    <w:rsid w:val="00CE7E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814DD"/>
  <w14:defaultImageDpi w14:val="300"/>
  <w15:docId w15:val="{AA7AE476-31B5-4938-82FB-866BD86E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Riaditelka</cp:lastModifiedBy>
  <cp:revision>2</cp:revision>
  <dcterms:created xsi:type="dcterms:W3CDTF">2026-06-30T14:16:00Z</dcterms:created>
  <dcterms:modified xsi:type="dcterms:W3CDTF">2026-06-30T14:16:00Z</dcterms:modified>
  <cp:category/>
</cp:coreProperties>
</file>