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1B193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ZÁPISNICA Z PEDAGOGICKEJ RADY MATERSKEJ ŠKOLY</w:t>
      </w:r>
    </w:p>
    <w:p w14:paraId="0B06537C" w14:textId="77777777" w:rsidR="00F246C6" w:rsidRDefault="00F246C6"/>
    <w:p w14:paraId="0CBD7D76" w14:textId="77777777" w:rsidR="00F246C6" w:rsidRDefault="00224A7E">
      <w:r>
        <w:t>Materská škola – Óvoda</w:t>
      </w:r>
    </w:p>
    <w:p w14:paraId="5C82E14C" w14:textId="77777777" w:rsidR="00F246C6" w:rsidRDefault="00224A7E">
      <w:r>
        <w:t>Námestie SNP 187/11, 929 01 Dunajská Streda</w:t>
      </w:r>
    </w:p>
    <w:p w14:paraId="2409FAC0" w14:textId="77777777" w:rsidR="00F246C6" w:rsidRDefault="00F246C6"/>
    <w:p w14:paraId="2DE55EEF" w14:textId="13D3DED8" w:rsidR="00F246C6" w:rsidRDefault="00224A7E">
      <w:r>
        <w:t xml:space="preserve">Dátum konania: </w:t>
      </w:r>
      <w:r w:rsidR="00435EF0">
        <w:t>20.4.2026</w:t>
      </w:r>
    </w:p>
    <w:p w14:paraId="5377BFBB" w14:textId="19BB8B18" w:rsidR="00F246C6" w:rsidRDefault="00224A7E">
      <w:r>
        <w:t xml:space="preserve">Miesto konania: </w:t>
      </w:r>
      <w:r w:rsidR="00435EF0">
        <w:t>MŠ</w:t>
      </w:r>
    </w:p>
    <w:p w14:paraId="340338A9" w14:textId="77777777" w:rsidR="00F246C6" w:rsidRDefault="00224A7E">
      <w:r>
        <w:t>Prítomní: podľa prezenčnej listiny</w:t>
      </w:r>
    </w:p>
    <w:p w14:paraId="7AA1690F" w14:textId="3F83D908" w:rsidR="00F246C6" w:rsidRDefault="00224A7E">
      <w:r>
        <w:t>Ospravedlnení:</w:t>
      </w:r>
    </w:p>
    <w:p w14:paraId="1D485119" w14:textId="77777777" w:rsidR="00F246C6" w:rsidRDefault="00F246C6"/>
    <w:p w14:paraId="7A5BEE3E" w14:textId="77777777" w:rsidR="00F246C6" w:rsidRDefault="00224A7E">
      <w:r>
        <w:t>Predsedajúci: Mgr. Bc. Monika Csicsayová, DiS.</w:t>
      </w:r>
    </w:p>
    <w:p w14:paraId="33CFA946" w14:textId="434ECC82" w:rsidR="00F246C6" w:rsidRDefault="00224A7E">
      <w:r>
        <w:t xml:space="preserve">Zapisovateľ: </w:t>
      </w:r>
      <w:r w:rsidR="00435EF0">
        <w:t xml:space="preserve"> Mgr.Adél Csicsayová</w:t>
      </w:r>
    </w:p>
    <w:p w14:paraId="409DB9DF" w14:textId="77777777" w:rsidR="00F246C6" w:rsidRDefault="00F246C6"/>
    <w:p w14:paraId="7DF078E0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PROGRAM ROKOVANIA:</w:t>
      </w:r>
    </w:p>
    <w:p w14:paraId="0D5A138D" w14:textId="77777777" w:rsidR="00F246C6" w:rsidRDefault="00F246C6"/>
    <w:p w14:paraId="53ACCA89" w14:textId="77777777" w:rsidR="00F246C6" w:rsidRDefault="00224A7E">
      <w:r>
        <w:t>1. Kontrola záverov</w:t>
      </w:r>
    </w:p>
    <w:p w14:paraId="26E2BA18" w14:textId="77777777" w:rsidR="00F246C6" w:rsidRDefault="00224A7E">
      <w:r>
        <w:t>2. Informácie – pobyt detí vonku a rozvoj pohybových schopností</w:t>
      </w:r>
    </w:p>
    <w:p w14:paraId="6309F9C4" w14:textId="1EAC5B73" w:rsidR="00F246C6" w:rsidRDefault="00224A7E">
      <w:r>
        <w:t>3. Zápis detí do MŠ</w:t>
      </w:r>
      <w:r w:rsidR="00435EF0">
        <w:t>,podmienky zápisu,prihlášky</w:t>
      </w:r>
    </w:p>
    <w:p w14:paraId="553D103C" w14:textId="62FDC33A" w:rsidR="00435EF0" w:rsidRDefault="00435EF0">
      <w:r>
        <w:t>4.Prerokovať a schváliť nový ŠKVP</w:t>
      </w:r>
      <w:r w:rsidR="005A5AB4">
        <w:t xml:space="preserve"> a školský poriadok materskej školy</w:t>
      </w:r>
    </w:p>
    <w:p w14:paraId="10BFC63F" w14:textId="5088D952" w:rsidR="00F246C6" w:rsidRDefault="00435EF0">
      <w:r>
        <w:t>5</w:t>
      </w:r>
      <w:r w:rsidR="00224A7E">
        <w:t>. Školská zrelosť a odklad školskej dochádzky</w:t>
      </w:r>
    </w:p>
    <w:p w14:paraId="2D060C7C" w14:textId="67B6609F" w:rsidR="00435EF0" w:rsidRDefault="00435EF0">
      <w:r>
        <w:t>6.Školský podporný tím pre podporné opatrenie-prednáška</w:t>
      </w:r>
    </w:p>
    <w:p w14:paraId="282523E6" w14:textId="23B5BC0A" w:rsidR="00F246C6" w:rsidRDefault="00435EF0">
      <w:r>
        <w:t>7</w:t>
      </w:r>
      <w:r w:rsidR="00224A7E">
        <w:t>. Hodnotenie prevádzky v uplynulom školskom roku</w:t>
      </w:r>
    </w:p>
    <w:p w14:paraId="0DFBA181" w14:textId="35A4216F" w:rsidR="00435EF0" w:rsidRDefault="00435EF0">
      <w:r>
        <w:t>8.Dodatok</w:t>
      </w:r>
      <w:r w:rsidR="002711A9">
        <w:t xml:space="preserve"> č.1</w:t>
      </w:r>
      <w:r>
        <w:t xml:space="preserve"> plánu profesíjneho</w:t>
      </w:r>
      <w:r w:rsidR="002711A9">
        <w:t xml:space="preserve"> rozvoja- </w:t>
      </w:r>
      <w:r w:rsidR="002711A9" w:rsidRPr="005A5AB4">
        <w:rPr>
          <w:highlight w:val="black"/>
        </w:rPr>
        <w:t>Bc.Anna Rózsaová</w:t>
      </w:r>
    </w:p>
    <w:p w14:paraId="33DEED32" w14:textId="23F9DB4B" w:rsidR="00F246C6" w:rsidRDefault="002711A9">
      <w:r>
        <w:t>9</w:t>
      </w:r>
      <w:r w:rsidR="00224A7E">
        <w:t>. Plán čerpania dovoleniek a náhradného voľna</w:t>
      </w:r>
    </w:p>
    <w:p w14:paraId="0A3E6B50" w14:textId="705F6A04" w:rsidR="00F246C6" w:rsidRDefault="002711A9">
      <w:r>
        <w:t>10</w:t>
      </w:r>
      <w:r w:rsidR="00224A7E">
        <w:t>. Organizačné pokyny k prerušeniu prevádzky počas letných prázdnin</w:t>
      </w:r>
    </w:p>
    <w:p w14:paraId="17A78EDE" w14:textId="35F02E18" w:rsidR="00F246C6" w:rsidRDefault="00435EF0">
      <w:r>
        <w:t>1</w:t>
      </w:r>
      <w:r w:rsidR="002711A9">
        <w:t>1</w:t>
      </w:r>
      <w:r w:rsidR="00224A7E">
        <w:t>. Informácia z MÚ</w:t>
      </w:r>
    </w:p>
    <w:p w14:paraId="122093F9" w14:textId="5A9B1546" w:rsidR="00F246C6" w:rsidRDefault="00435EF0">
      <w:r>
        <w:lastRenderedPageBreak/>
        <w:t>1</w:t>
      </w:r>
      <w:r w:rsidR="002711A9">
        <w:t>2</w:t>
      </w:r>
      <w:r w:rsidR="00224A7E">
        <w:t>. Rôzne, diskusia</w:t>
      </w:r>
    </w:p>
    <w:p w14:paraId="06D96937" w14:textId="363926D1" w:rsidR="00F246C6" w:rsidRDefault="00224A7E">
      <w:r>
        <w:t>1</w:t>
      </w:r>
      <w:r w:rsidR="002711A9">
        <w:t>3</w:t>
      </w:r>
      <w:r>
        <w:t>. Závery</w:t>
      </w:r>
    </w:p>
    <w:p w14:paraId="5DA60778" w14:textId="77777777" w:rsidR="00F246C6" w:rsidRDefault="00F246C6"/>
    <w:p w14:paraId="4579720A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PRIEBEH ROKOVANIA:</w:t>
      </w:r>
    </w:p>
    <w:p w14:paraId="5F18D59A" w14:textId="77777777" w:rsidR="00F246C6" w:rsidRDefault="00F246C6"/>
    <w:p w14:paraId="56C76B55" w14:textId="77777777" w:rsidR="00F246C6" w:rsidRDefault="00224A7E">
      <w:r>
        <w:t xml:space="preserve">1. Kontrola záverov  </w:t>
      </w:r>
    </w:p>
    <w:p w14:paraId="3B6D756B" w14:textId="77777777" w:rsidR="00F246C6" w:rsidRDefault="00224A7E">
      <w:r>
        <w:t>Riaditeľka školy skontrolovala plnenie úloh z predchádzajúcej pedagogickej rady. Úlohy boli splnené / čiastočne splnené.</w:t>
      </w:r>
    </w:p>
    <w:p w14:paraId="713E6608" w14:textId="77777777" w:rsidR="00F246C6" w:rsidRDefault="00F246C6"/>
    <w:p w14:paraId="01DD2AC9" w14:textId="77777777" w:rsidR="00F246C6" w:rsidRDefault="00224A7E">
      <w:r>
        <w:t xml:space="preserve">2. Informácie – pobyt detí vonku a rozvoj pohybových schopností  </w:t>
      </w:r>
    </w:p>
    <w:p w14:paraId="1CBF0776" w14:textId="77777777" w:rsidR="00F246C6" w:rsidRDefault="00224A7E">
      <w:r>
        <w:t>Pedagogickí zamestnanci boli oboznámení s významom pravidelného pobytu detí vonku. Zdôraznil sa význam rozvoja pohybových schopností a otužovania detského organizmu.</w:t>
      </w:r>
    </w:p>
    <w:p w14:paraId="678DF450" w14:textId="77777777" w:rsidR="00F246C6" w:rsidRDefault="00F246C6"/>
    <w:p w14:paraId="4BE2859E" w14:textId="77777777" w:rsidR="00F246C6" w:rsidRDefault="00224A7E">
      <w:r>
        <w:t xml:space="preserve">3. Zápis detí do MŠ  </w:t>
      </w:r>
    </w:p>
    <w:p w14:paraId="4C2CCF19" w14:textId="3CBAF8D1" w:rsidR="00F246C6" w:rsidRDefault="00224A7E">
      <w:r>
        <w:t>Boli prerokované organizačné pokyny k zápisu detí do materskej školy a priebeh prijímacieho konania</w:t>
      </w:r>
      <w:r w:rsidR="002711A9">
        <w:t>,riaditeľka vysvetlila ako pomôcť rodičom po vypl.prihlášok.</w:t>
      </w:r>
    </w:p>
    <w:p w14:paraId="6BE84290" w14:textId="538632AD" w:rsidR="002711A9" w:rsidRDefault="002711A9">
      <w:r>
        <w:t>4.Bola prerokovaná nová ŠkVp</w:t>
      </w:r>
      <w:r w:rsidR="005A5AB4">
        <w:t xml:space="preserve"> a školský poriadok materskej školy</w:t>
      </w:r>
      <w:r w:rsidR="00972515">
        <w:t xml:space="preserve"> a schválená</w:t>
      </w:r>
    </w:p>
    <w:p w14:paraId="531FC376" w14:textId="425D108C" w:rsidR="00972515" w:rsidRDefault="00972515">
      <w:r>
        <w:t>5.Riaditeľka robila prednášku o podporné opatrenie v MŠ,hovorila že septembri treba urobi</w:t>
      </w:r>
      <w:r w:rsidR="00A57808">
        <w:t>t</w:t>
      </w:r>
      <w:r>
        <w:t>ˇpoporný tím.</w:t>
      </w:r>
    </w:p>
    <w:p w14:paraId="39A3E71C" w14:textId="3DD698A8" w:rsidR="00F246C6" w:rsidRDefault="00972515">
      <w:r>
        <w:t>6</w:t>
      </w:r>
      <w:r w:rsidR="00224A7E">
        <w:t xml:space="preserve">. Školská zrelosť a odklad školskej dochádzky  </w:t>
      </w:r>
    </w:p>
    <w:p w14:paraId="5FE5E421" w14:textId="77777777" w:rsidR="00F246C6" w:rsidRDefault="00224A7E">
      <w:r>
        <w:t>Diskutovalo sa o pripravenosti detí na vstup do ZŠ a o možnostiach odkladu školskej dochádzky v spolupráci s poradenskými zariadeniami.</w:t>
      </w:r>
    </w:p>
    <w:p w14:paraId="35AD78C8" w14:textId="77777777" w:rsidR="00F246C6" w:rsidRDefault="00224A7E">
      <w:r>
        <w:t xml:space="preserve">5. Hodnotenie prevádzky v uplynulom školskom roku  </w:t>
      </w:r>
    </w:p>
    <w:p w14:paraId="5AFF738F" w14:textId="77777777" w:rsidR="00F246C6" w:rsidRDefault="00224A7E">
      <w:r>
        <w:t>Riaditeľka školy zhodnotila priebeh školského roka, výchovno-vzdelávacie výsledky a organizáciu prevádzky.</w:t>
      </w:r>
    </w:p>
    <w:p w14:paraId="6907FA5B" w14:textId="77777777" w:rsidR="00F246C6" w:rsidRDefault="00224A7E">
      <w:r>
        <w:t xml:space="preserve">6. Plán čerpania dovoleniek a náhradného voľna  </w:t>
      </w:r>
    </w:p>
    <w:p w14:paraId="721C709D" w14:textId="77777777" w:rsidR="00F246C6" w:rsidRDefault="00224A7E">
      <w:r>
        <w:t>Bol prerokovaný plán dovoleniek zamestnancov s prihliadnutím na zabezpečenie chodu školy.</w:t>
      </w:r>
    </w:p>
    <w:p w14:paraId="48192508" w14:textId="77777777" w:rsidR="00F246C6" w:rsidRDefault="00F246C6"/>
    <w:p w14:paraId="07AE7043" w14:textId="77777777" w:rsidR="00F246C6" w:rsidRDefault="00224A7E">
      <w:r>
        <w:lastRenderedPageBreak/>
        <w:t xml:space="preserve">7. Organizačné pokyny k prerušeniu prevádzky počas letných prázdnin  </w:t>
      </w:r>
    </w:p>
    <w:p w14:paraId="4A157156" w14:textId="72A84DC3" w:rsidR="00F246C6" w:rsidRDefault="00224A7E">
      <w:r>
        <w:t>Zamestnanci boli oboznámení s organizáciou prevádzky počas letných prázdnin a zabezpečením starostlivosti o deti.</w:t>
      </w:r>
    </w:p>
    <w:p w14:paraId="3DBC1A37" w14:textId="79BCD6FC" w:rsidR="00972515" w:rsidRDefault="00972515">
      <w:r>
        <w:t>8.Schválily sme dodatok č.1 ku plánu  proff.rozvoja</w:t>
      </w:r>
    </w:p>
    <w:p w14:paraId="159783D6" w14:textId="2D10E878" w:rsidR="00F246C6" w:rsidRDefault="00972515">
      <w:r>
        <w:t>9</w:t>
      </w:r>
      <w:r w:rsidR="00224A7E">
        <w:t xml:space="preserve">. Informácia z MÚ  </w:t>
      </w:r>
    </w:p>
    <w:p w14:paraId="70A96236" w14:textId="77777777" w:rsidR="00F246C6" w:rsidRDefault="00224A7E">
      <w:r>
        <w:t>Riaditeľka školy informovala o aktuálnych pokynoch zo strany zriaďovateľa.</w:t>
      </w:r>
    </w:p>
    <w:p w14:paraId="2FAC643F" w14:textId="5716B910" w:rsidR="00F246C6" w:rsidRDefault="00972515">
      <w:r>
        <w:t>10.</w:t>
      </w:r>
      <w:r w:rsidR="00224A7E">
        <w:t xml:space="preserve"> Rôzne, diskusia  </w:t>
      </w:r>
    </w:p>
    <w:p w14:paraId="038E98A9" w14:textId="77777777" w:rsidR="00F246C6" w:rsidRDefault="00224A7E">
      <w:r>
        <w:t>Prebehla diskusia k aktuálnym otázkam výchovno-vzdelávacieho procesu a organizácie školy.</w:t>
      </w:r>
    </w:p>
    <w:p w14:paraId="167CFDC6" w14:textId="77777777" w:rsidR="00F246C6" w:rsidRDefault="00224A7E">
      <w:r>
        <w:t xml:space="preserve">10. Závery  </w:t>
      </w:r>
    </w:p>
    <w:p w14:paraId="542044CF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Pedagogická rada prijala nasledovné závery:</w:t>
      </w:r>
    </w:p>
    <w:p w14:paraId="74FC95A8" w14:textId="77777777" w:rsidR="00F246C6" w:rsidRDefault="00224A7E">
      <w:r>
        <w:t>- zabezpečiť pravidelný pobyt detí vonku</w:t>
      </w:r>
    </w:p>
    <w:p w14:paraId="190653C8" w14:textId="1DC687FC" w:rsidR="00F246C6" w:rsidRDefault="00224A7E">
      <w:r>
        <w:t>- pripraviť bezproblémový priebeh zápisu detí</w:t>
      </w:r>
    </w:p>
    <w:p w14:paraId="645B9AF9" w14:textId="3F5FFABF" w:rsidR="00972515" w:rsidRDefault="00972515">
      <w:r>
        <w:t>- schválil ŠkVp</w:t>
      </w:r>
      <w:r w:rsidR="005A5AB4">
        <w:t xml:space="preserve"> a školský poriadok</w:t>
      </w:r>
    </w:p>
    <w:p w14:paraId="22C8DBFA" w14:textId="0AE4D70D" w:rsidR="00F246C6" w:rsidRDefault="00224A7E">
      <w:r>
        <w:t>- spolupracovať pri posudzovaní školskej zrelosti</w:t>
      </w:r>
    </w:p>
    <w:p w14:paraId="081AB6C9" w14:textId="1895863C" w:rsidR="00972515" w:rsidRDefault="00972515">
      <w:r>
        <w:t>-schválil dodatok ku  plánu prof,rozvoja</w:t>
      </w:r>
    </w:p>
    <w:p w14:paraId="0EABC1C4" w14:textId="77777777" w:rsidR="00F246C6" w:rsidRDefault="00224A7E">
      <w:r>
        <w:t>- dodržiavať plán dovoleniek</w:t>
      </w:r>
    </w:p>
    <w:p w14:paraId="6E353BAA" w14:textId="77777777" w:rsidR="00F246C6" w:rsidRDefault="00224A7E">
      <w:r>
        <w:t>- zabezpečiť organizáciu prevádzky počas prázdnin</w:t>
      </w:r>
    </w:p>
    <w:p w14:paraId="0B3EE332" w14:textId="77777777" w:rsidR="00F246C6" w:rsidRDefault="00F246C6"/>
    <w:p w14:paraId="069EA127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ODPORÚČANÁ TÉMA NA ŠTÚDIUM:</w:t>
      </w:r>
    </w:p>
    <w:p w14:paraId="0E98FA30" w14:textId="700EE624" w:rsidR="00F246C6" w:rsidRDefault="00972515">
      <w:r>
        <w:t xml:space="preserve">-Podporné opatrenie v </w:t>
      </w:r>
      <w:r w:rsidR="00224A7E">
        <w:t>MŠ</w:t>
      </w:r>
    </w:p>
    <w:p w14:paraId="1DC2AC93" w14:textId="77777777" w:rsidR="00F246C6" w:rsidRPr="005A5AB4" w:rsidRDefault="00F246C6">
      <w:pPr>
        <w:rPr>
          <w:b/>
          <w:bCs/>
        </w:rPr>
      </w:pPr>
    </w:p>
    <w:p w14:paraId="50635287" w14:textId="77777777" w:rsidR="00F246C6" w:rsidRPr="005A5AB4" w:rsidRDefault="00224A7E">
      <w:pPr>
        <w:rPr>
          <w:b/>
          <w:bCs/>
        </w:rPr>
      </w:pPr>
      <w:r w:rsidRPr="005A5AB4">
        <w:rPr>
          <w:b/>
          <w:bCs/>
        </w:rPr>
        <w:t>DISKUSIU UVEDIE:</w:t>
      </w:r>
    </w:p>
    <w:p w14:paraId="0D61D7B1" w14:textId="69473AB8" w:rsidR="00F246C6" w:rsidRDefault="00224A7E">
      <w:r>
        <w:t>Nikoleta Godó</w:t>
      </w:r>
    </w:p>
    <w:p w14:paraId="7D9C622F" w14:textId="77777777" w:rsidR="00F246C6" w:rsidRDefault="00F246C6"/>
    <w:p w14:paraId="736FB0D0" w14:textId="7F63B79E" w:rsidR="00F246C6" w:rsidRDefault="00224A7E">
      <w:r>
        <w:t>Zápisnicu vypracoval: Mgr.Adél Csicsay</w:t>
      </w:r>
      <w:r w:rsidR="005A5AB4">
        <w:t>ová</w:t>
      </w:r>
    </w:p>
    <w:p w14:paraId="1EDF12A0" w14:textId="77777777" w:rsidR="00F246C6" w:rsidRDefault="00F246C6"/>
    <w:p w14:paraId="6EDA4FBA" w14:textId="22A78F4A" w:rsidR="00F246C6" w:rsidRDefault="00224A7E">
      <w:r>
        <w:lastRenderedPageBreak/>
        <w:t>Overil:</w:t>
      </w:r>
      <w:r w:rsidR="005A5AB4">
        <w:t>Nikoleta Godó</w:t>
      </w:r>
    </w:p>
    <w:p w14:paraId="483176F9" w14:textId="77777777" w:rsidR="00F246C6" w:rsidRDefault="00F246C6"/>
    <w:p w14:paraId="2CAE1795" w14:textId="77777777" w:rsidR="00F246C6" w:rsidRDefault="00224A7E">
      <w:r>
        <w:t>Riaditeľ školy: _______________________</w:t>
      </w:r>
    </w:p>
    <w:p w14:paraId="2DCB82E6" w14:textId="77777777" w:rsidR="00F246C6" w:rsidRDefault="00224A7E">
      <w:r>
        <w:t>(pečiatka školy)</w:t>
      </w:r>
    </w:p>
    <w:p w14:paraId="73698E3D" w14:textId="77777777" w:rsidR="00F246C6" w:rsidRDefault="00F246C6"/>
    <w:sectPr w:rsidR="00F246C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4A7E"/>
    <w:rsid w:val="002711A9"/>
    <w:rsid w:val="0029639D"/>
    <w:rsid w:val="00326F90"/>
    <w:rsid w:val="00435EF0"/>
    <w:rsid w:val="005A5AB4"/>
    <w:rsid w:val="00972515"/>
    <w:rsid w:val="00A57808"/>
    <w:rsid w:val="00AA1D8D"/>
    <w:rsid w:val="00B47730"/>
    <w:rsid w:val="00B52B3C"/>
    <w:rsid w:val="00CB0664"/>
    <w:rsid w:val="00F246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6B4805"/>
  <w14:defaultImageDpi w14:val="300"/>
  <w15:docId w15:val="{D83F81B0-49C1-4E01-8827-E627884B6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Riaditelka</cp:lastModifiedBy>
  <cp:revision>5</cp:revision>
  <dcterms:created xsi:type="dcterms:W3CDTF">2026-04-23T08:34:00Z</dcterms:created>
  <dcterms:modified xsi:type="dcterms:W3CDTF">2026-06-30T14:46:00Z</dcterms:modified>
  <cp:category/>
</cp:coreProperties>
</file>