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A3FD3" w14:textId="77777777" w:rsidR="000E459F" w:rsidRDefault="0020722B">
      <w:pPr>
        <w:spacing w:after="160"/>
      </w:pPr>
      <w:r>
        <w:rPr>
          <w:b/>
          <w:sz w:val="32"/>
        </w:rPr>
        <w:t>ZÁPISNICA č. 1/2026</w:t>
      </w:r>
    </w:p>
    <w:p w14:paraId="030F5547" w14:textId="77777777" w:rsidR="000E459F" w:rsidRDefault="0020722B">
      <w:pPr>
        <w:spacing w:after="160"/>
      </w:pPr>
      <w:r>
        <w:rPr>
          <w:b/>
          <w:sz w:val="26"/>
        </w:rPr>
        <w:t>Z pracovnej porady zamestnancov Materskej školy</w:t>
      </w:r>
    </w:p>
    <w:p w14:paraId="7E472D2D" w14:textId="77777777" w:rsidR="000E459F" w:rsidRDefault="0020722B">
      <w:pPr>
        <w:spacing w:after="0"/>
      </w:pPr>
      <w:r>
        <w:rPr>
          <w:sz w:val="24"/>
        </w:rPr>
        <w:t>Dátum: 26.08.2026</w:t>
      </w:r>
    </w:p>
    <w:p w14:paraId="0B9D13E2" w14:textId="77777777" w:rsidR="000E459F" w:rsidRDefault="0020722B">
      <w:pPr>
        <w:spacing w:after="160"/>
      </w:pPr>
      <w:r>
        <w:rPr>
          <w:sz w:val="24"/>
        </w:rPr>
        <w:t>Miesto: Materská škola – Óvoda, Námestie SNP 187/11, Dunajská Streda 929 01</w:t>
      </w:r>
    </w:p>
    <w:p w14:paraId="24108B50" w14:textId="77777777" w:rsidR="000E459F" w:rsidRDefault="0020722B">
      <w:pPr>
        <w:spacing w:after="0"/>
      </w:pPr>
      <w:r>
        <w:rPr>
          <w:sz w:val="24"/>
        </w:rPr>
        <w:t>Čas: 7:30 – 8:00 hod.</w:t>
      </w:r>
    </w:p>
    <w:p w14:paraId="29BD371C" w14:textId="77777777" w:rsidR="000E459F" w:rsidRDefault="0020722B">
      <w:r>
        <w:rPr>
          <w:sz w:val="24"/>
        </w:rPr>
        <w:t>Prítomní: podľa prezenčnej listiny</w:t>
      </w:r>
    </w:p>
    <w:p w14:paraId="5AF7E5BE" w14:textId="77777777" w:rsidR="000E459F" w:rsidRDefault="0020722B">
      <w:pPr>
        <w:spacing w:after="0"/>
      </w:pPr>
      <w:r>
        <w:rPr>
          <w:b/>
          <w:sz w:val="26"/>
        </w:rPr>
        <w:t>Program</w:t>
      </w:r>
    </w:p>
    <w:p w14:paraId="7335892E" w14:textId="77777777" w:rsidR="000E459F" w:rsidRDefault="0020722B">
      <w:pPr>
        <w:spacing w:after="0"/>
      </w:pPr>
      <w:r>
        <w:rPr>
          <w:sz w:val="24"/>
        </w:rPr>
        <w:t>1. Otvorenie</w:t>
      </w:r>
    </w:p>
    <w:p w14:paraId="67DC9DC6" w14:textId="77777777" w:rsidR="000E459F" w:rsidRDefault="0020722B">
      <w:pPr>
        <w:spacing w:after="0"/>
      </w:pPr>
      <w:r>
        <w:rPr>
          <w:sz w:val="24"/>
        </w:rPr>
        <w:t>2. Organizácia školského roka</w:t>
      </w:r>
    </w:p>
    <w:p w14:paraId="159D9CB5" w14:textId="77777777" w:rsidR="000E459F" w:rsidRDefault="0020722B">
      <w:pPr>
        <w:spacing w:after="0"/>
      </w:pPr>
      <w:r>
        <w:rPr>
          <w:sz w:val="24"/>
        </w:rPr>
        <w:t>3. Organizačné pokyny MŠVVaM SR</w:t>
      </w:r>
    </w:p>
    <w:p w14:paraId="5A91952F" w14:textId="77777777" w:rsidR="000E459F" w:rsidRDefault="0020722B">
      <w:pPr>
        <w:spacing w:after="0"/>
      </w:pPr>
      <w:r>
        <w:rPr>
          <w:sz w:val="24"/>
        </w:rPr>
        <w:t>4. Rozdelenie úloh</w:t>
      </w:r>
    </w:p>
    <w:p w14:paraId="1E150637" w14:textId="77777777" w:rsidR="000E459F" w:rsidRDefault="0020722B">
      <w:pPr>
        <w:spacing w:after="0"/>
      </w:pPr>
      <w:r>
        <w:rPr>
          <w:sz w:val="24"/>
        </w:rPr>
        <w:t>5. BOZP a PO</w:t>
      </w:r>
    </w:p>
    <w:p w14:paraId="279C332A" w14:textId="77777777" w:rsidR="000E459F" w:rsidRDefault="0020722B">
      <w:pPr>
        <w:spacing w:after="0"/>
      </w:pPr>
      <w:r>
        <w:rPr>
          <w:sz w:val="24"/>
        </w:rPr>
        <w:t>6. Prevádzka školy</w:t>
      </w:r>
    </w:p>
    <w:p w14:paraId="2E639B2A" w14:textId="77777777" w:rsidR="000E459F" w:rsidRDefault="0020722B">
      <w:pPr>
        <w:spacing w:after="0"/>
      </w:pPr>
      <w:r>
        <w:rPr>
          <w:sz w:val="24"/>
        </w:rPr>
        <w:t>7. Plán septembra</w:t>
      </w:r>
    </w:p>
    <w:p w14:paraId="3E4469FB" w14:textId="77777777" w:rsidR="000E459F" w:rsidRDefault="0020722B">
      <w:pPr>
        <w:spacing w:after="0"/>
      </w:pPr>
      <w:r>
        <w:rPr>
          <w:sz w:val="24"/>
        </w:rPr>
        <w:t>8. Diskusia</w:t>
      </w:r>
    </w:p>
    <w:p w14:paraId="61A2A636" w14:textId="77777777" w:rsidR="000E459F" w:rsidRDefault="0020722B">
      <w:pPr>
        <w:spacing w:after="0"/>
      </w:pPr>
      <w:r>
        <w:rPr>
          <w:sz w:val="24"/>
        </w:rPr>
        <w:t>9. Záver</w:t>
      </w:r>
    </w:p>
    <w:p w14:paraId="37CF5244" w14:textId="77777777" w:rsidR="000E459F" w:rsidRDefault="0020722B">
      <w:pPr>
        <w:spacing w:after="80"/>
      </w:pPr>
      <w:r>
        <w:rPr>
          <w:b/>
          <w:sz w:val="26"/>
        </w:rPr>
        <w:t>Priebeh porady</w:t>
      </w:r>
    </w:p>
    <w:p w14:paraId="2793BCB7" w14:textId="77777777" w:rsidR="000E459F" w:rsidRDefault="0020722B">
      <w:r>
        <w:rPr>
          <w:sz w:val="24"/>
        </w:rPr>
        <w:t>Zamestnanci boli oboznámení s organizáciou prevádzky, pracovnými povinnosťami, internými smernicami, BOZP, GDPR, rozdelením služieb, adaptačným obdobím detí a plánom aktivít na september.</w:t>
      </w:r>
    </w:p>
    <w:p w14:paraId="69BB934B" w14:textId="77777777" w:rsidR="000E459F" w:rsidRDefault="0020722B">
      <w:pPr>
        <w:spacing w:after="0"/>
      </w:pPr>
      <w:r>
        <w:rPr>
          <w:b/>
          <w:sz w:val="26"/>
        </w:rPr>
        <w:t>Uznesenie</w:t>
      </w:r>
    </w:p>
    <w:p w14:paraId="5C0E83C7" w14:textId="77777777" w:rsidR="000E459F" w:rsidRDefault="0020722B">
      <w:pPr>
        <w:spacing w:after="0"/>
      </w:pPr>
      <w:r>
        <w:rPr>
          <w:sz w:val="24"/>
        </w:rPr>
        <w:t>•  Berie na vedomie organizáciu školského roka.</w:t>
      </w:r>
    </w:p>
    <w:p w14:paraId="33E259D6" w14:textId="77777777" w:rsidR="000E459F" w:rsidRDefault="0020722B">
      <w:pPr>
        <w:spacing w:after="0"/>
      </w:pPr>
      <w:r>
        <w:rPr>
          <w:sz w:val="24"/>
        </w:rPr>
        <w:t>•  Dodržiavať pracovný a školský poriadok.</w:t>
      </w:r>
    </w:p>
    <w:p w14:paraId="0D9D39D7" w14:textId="77777777" w:rsidR="000E459F" w:rsidRDefault="0020722B">
      <w:pPr>
        <w:spacing w:after="0"/>
      </w:pPr>
      <w:r>
        <w:rPr>
          <w:sz w:val="24"/>
        </w:rPr>
        <w:t>•  Plniť úlohy podľa organizačných pokynov.</w:t>
      </w:r>
    </w:p>
    <w:p w14:paraId="63C0B170" w14:textId="77777777" w:rsidR="000E459F" w:rsidRDefault="0020722B">
      <w:pPr>
        <w:spacing w:after="0"/>
      </w:pPr>
      <w:r>
        <w:rPr>
          <w:sz w:val="24"/>
        </w:rPr>
        <w:t>•  Dodržiavať BOZP a zabezpečiť bezpečnosť detí.</w:t>
      </w:r>
    </w:p>
    <w:p w14:paraId="726408B3" w14:textId="77777777" w:rsidR="000E459F" w:rsidRDefault="000E459F">
      <w:pPr>
        <w:spacing w:after="80"/>
      </w:pPr>
    </w:p>
    <w:p w14:paraId="02AEB444" w14:textId="77777777" w:rsidR="000E459F" w:rsidRDefault="0020722B">
      <w:pPr>
        <w:spacing w:after="0"/>
      </w:pPr>
      <w:r>
        <w:rPr>
          <w:sz w:val="24"/>
        </w:rPr>
        <w:t>Riaditeľka MŠ: Mgr. Bc. Monika Csicsayová, DiS.</w:t>
      </w:r>
    </w:p>
    <w:sectPr w:rsidR="000E459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3606270">
    <w:abstractNumId w:val="8"/>
  </w:num>
  <w:num w:numId="2" w16cid:durableId="1661927586">
    <w:abstractNumId w:val="6"/>
  </w:num>
  <w:num w:numId="3" w16cid:durableId="1787695968">
    <w:abstractNumId w:val="5"/>
  </w:num>
  <w:num w:numId="4" w16cid:durableId="284623694">
    <w:abstractNumId w:val="4"/>
  </w:num>
  <w:num w:numId="5" w16cid:durableId="1771660798">
    <w:abstractNumId w:val="7"/>
  </w:num>
  <w:num w:numId="6" w16cid:durableId="1519391099">
    <w:abstractNumId w:val="3"/>
  </w:num>
  <w:num w:numId="7" w16cid:durableId="1846551020">
    <w:abstractNumId w:val="2"/>
  </w:num>
  <w:num w:numId="8" w16cid:durableId="973632895">
    <w:abstractNumId w:val="1"/>
  </w:num>
  <w:num w:numId="9" w16cid:durableId="18292062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459F"/>
    <w:rsid w:val="0015074B"/>
    <w:rsid w:val="0020722B"/>
    <w:rsid w:val="0029639D"/>
    <w:rsid w:val="00326F90"/>
    <w:rsid w:val="004C7B93"/>
    <w:rsid w:val="00AA1D8D"/>
    <w:rsid w:val="00AC2E4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F2DD8"/>
  <w14:defaultImageDpi w14:val="300"/>
  <w15:docId w15:val="{53DC2096-7A47-47DF-B0B7-EB75FD80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 Csicsayová</cp:lastModifiedBy>
  <cp:revision>2</cp:revision>
  <dcterms:created xsi:type="dcterms:W3CDTF">2026-09-30T08:53:00Z</dcterms:created>
  <dcterms:modified xsi:type="dcterms:W3CDTF">2026-09-30T08:53:00Z</dcterms:modified>
  <cp:category/>
</cp:coreProperties>
</file>